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dashDotStrok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