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thinThickSmallGap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