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olorfulList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