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B52F0" w14:textId="007EB1CB" w:rsidR="00000001" w:rsidRDefault="00000001">
      <w:r w:rsidR="00000001">
        <w:t>مرحبا بالعالم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