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D179469" w14:textId="37E0CC1A" w:rsidR="00000001" w:rsidRDefault="00000001">
      <w:r w:rsidR="00000001">
        <w:t>你好世界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