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0B812" w14:textId="4AFE59A8" w:rsidR="00000001" w:rsidRDefault="00000001">
      <w:r w:rsidR="00000001">
        <w:t>Привет мир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