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BBBA9" w14:textId="7CF79887" w:rsidR="00000001" w:rsidRDefault="00000001">
      <w:r w:rsidR="00000001">
        <w:t>नमस्ते दुनिया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