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67FB0" w14:textId="6899F7E9" w:rsidR="00000001" w:rsidRDefault="00000001">
      <w:r w:rsidR="00000001">
        <w:t>Star ✨ ok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