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12085" w14:textId="091308B7" w:rsidR="00000001" w:rsidRDefault="00000001">
      <w:r w:rsidR="00000001">
        <w:t>안녕하세요 세계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