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6A1932" w14:textId="5519A6B3" w:rsidR="00000001" w:rsidRDefault="00000001">
      <w:r w:rsidR="00000001">
        <w:t>สวัสดีชาวโลก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